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memo</dc:title>
  <dc:subject/>
  <dc:creator>OpenIntern demo</dc:creator>
  <cp:keywords/>
  <dc:description/>
  <cp:lastModifiedBy>OpenIntern demo</cp:lastModifiedBy>
  <cp:revision>1</cp:revision>
  <dcterms:created xsi:type="dcterms:W3CDTF">2026-10-27T12:00:00Z</dcterms:created>
  <dcterms:modified xsi:type="dcterms:W3CDTF">2026-10-27T12:00:00Z</dcterms:modified>
  <cp:category/>
</cp:coreProperties>
</file>